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0476" w14:textId="316DB959" w:rsidR="00B00F2C" w:rsidRDefault="00E0291B">
      <w:pPr>
        <w:rPr>
          <w:lang w:eastAsia="zh-CN"/>
        </w:rPr>
      </w:pPr>
      <w:r>
        <w:rPr>
          <w:lang w:eastAsia="zh-CN"/>
        </w:rPr>
        <w:t>附件</w:t>
      </w:r>
      <w:r w:rsidR="002B0B09">
        <w:rPr>
          <w:lang w:eastAsia="zh-CN"/>
        </w:rPr>
        <w:t>2</w:t>
      </w:r>
    </w:p>
    <w:p w14:paraId="424BEA80" w14:textId="22B0834E" w:rsidR="00B00F2C" w:rsidRDefault="00E0291B">
      <w:pPr>
        <w:spacing w:after="100"/>
        <w:jc w:val="center"/>
        <w:rPr>
          <w:lang w:eastAsia="zh-CN"/>
        </w:rPr>
      </w:pPr>
      <w:r>
        <w:rPr>
          <w:b/>
          <w:sz w:val="36"/>
          <w:lang w:eastAsia="zh-CN"/>
        </w:rPr>
        <w:t>×××学院</w:t>
      </w:r>
      <w:r w:rsidR="00D05056" w:rsidRPr="00D05056">
        <w:rPr>
          <w:rFonts w:hint="eastAsia"/>
          <w:b/>
          <w:sz w:val="36"/>
          <w:lang w:eastAsia="zh-CN"/>
        </w:rPr>
        <w:t>“羡林学子”（拔尖班）</w:t>
      </w:r>
      <w:r>
        <w:rPr>
          <w:b/>
          <w:sz w:val="36"/>
          <w:lang w:eastAsia="zh-CN"/>
        </w:rPr>
        <w:t>资格审查通过学生名单</w:t>
      </w:r>
    </w:p>
    <w:p w14:paraId="756FFCD9" w14:textId="54AAB69D" w:rsidR="00B00F2C" w:rsidRPr="003633A1" w:rsidRDefault="003633A1" w:rsidP="003633A1">
      <w:pPr>
        <w:jc w:val="both"/>
        <w:rPr>
          <w:rFonts w:cs="宋体"/>
          <w:b/>
          <w:bCs/>
          <w:color w:val="000000"/>
          <w:sz w:val="28"/>
          <w:szCs w:val="28"/>
          <w:lang w:eastAsia="zh-CN"/>
        </w:rPr>
      </w:pPr>
      <w:r>
        <w:rPr>
          <w:rFonts w:cs="宋体" w:hint="eastAsia"/>
          <w:b/>
          <w:bCs/>
          <w:color w:val="000000"/>
          <w:sz w:val="28"/>
          <w:szCs w:val="28"/>
          <w:lang w:eastAsia="zh-CN"/>
        </w:rPr>
        <w:t>学院（公章）：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1701"/>
        <w:gridCol w:w="850"/>
        <w:gridCol w:w="1418"/>
        <w:gridCol w:w="1934"/>
        <w:gridCol w:w="1329"/>
        <w:gridCol w:w="1418"/>
        <w:gridCol w:w="1353"/>
        <w:gridCol w:w="1276"/>
        <w:gridCol w:w="1620"/>
        <w:gridCol w:w="1215"/>
      </w:tblGrid>
      <w:tr w:rsidR="00D6126C" w14:paraId="5DEA717F" w14:textId="77777777" w:rsidTr="00715886">
        <w:trPr>
          <w:tblHeader/>
          <w:jc w:val="center"/>
        </w:trPr>
        <w:tc>
          <w:tcPr>
            <w:tcW w:w="85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44148E" w14:textId="77777777" w:rsidR="00B00F2C" w:rsidRDefault="00E0291B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序号</w:t>
            </w:r>
            <w:proofErr w:type="spellEnd"/>
          </w:p>
        </w:tc>
        <w:tc>
          <w:tcPr>
            <w:tcW w:w="1701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D57204" w14:textId="77777777" w:rsidR="00B00F2C" w:rsidRDefault="00E0291B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姓名</w:t>
            </w:r>
            <w:proofErr w:type="spellEnd"/>
          </w:p>
        </w:tc>
        <w:tc>
          <w:tcPr>
            <w:tcW w:w="85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83C28A" w14:textId="77777777" w:rsidR="00B00F2C" w:rsidRDefault="00E0291B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性别</w:t>
            </w:r>
            <w:proofErr w:type="spellEnd"/>
          </w:p>
        </w:tc>
        <w:tc>
          <w:tcPr>
            <w:tcW w:w="1418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CB2616" w14:textId="77777777" w:rsidR="00B00F2C" w:rsidRDefault="00E0291B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学号</w:t>
            </w:r>
            <w:proofErr w:type="spellEnd"/>
          </w:p>
        </w:tc>
        <w:tc>
          <w:tcPr>
            <w:tcW w:w="1934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8100DF" w14:textId="77777777" w:rsidR="00B00F2C" w:rsidRDefault="00E0291B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专业</w:t>
            </w:r>
            <w:proofErr w:type="spellEnd"/>
          </w:p>
        </w:tc>
        <w:tc>
          <w:tcPr>
            <w:tcW w:w="1329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20B2D8C" w14:textId="77777777" w:rsidR="00B00F2C" w:rsidRDefault="00E0291B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政治面貌</w:t>
            </w:r>
            <w:proofErr w:type="spellEnd"/>
          </w:p>
        </w:tc>
        <w:tc>
          <w:tcPr>
            <w:tcW w:w="1418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426757" w14:textId="77777777" w:rsidR="00FF0C12" w:rsidRDefault="00E0291B">
            <w:pPr>
              <w:spacing w:line="252" w:lineRule="auto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课程GPA</w:t>
            </w:r>
            <w:proofErr w:type="spellEnd"/>
            <w:r>
              <w:rPr>
                <w:b/>
                <w:sz w:val="17"/>
              </w:rPr>
              <w:t>/</w:t>
            </w:r>
          </w:p>
          <w:p w14:paraId="61DF3916" w14:textId="0001345C" w:rsidR="00B00F2C" w:rsidRDefault="00E0291B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专业排名</w:t>
            </w:r>
            <w:proofErr w:type="spellEnd"/>
          </w:p>
        </w:tc>
        <w:tc>
          <w:tcPr>
            <w:tcW w:w="1353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75899A" w14:textId="77777777" w:rsidR="00FF0C12" w:rsidRDefault="00E0291B">
            <w:pPr>
              <w:spacing w:line="252" w:lineRule="auto"/>
              <w:jc w:val="center"/>
              <w:rPr>
                <w:b/>
                <w:sz w:val="17"/>
                <w:lang w:eastAsia="zh-CN"/>
              </w:rPr>
            </w:pPr>
            <w:r>
              <w:rPr>
                <w:b/>
                <w:sz w:val="17"/>
                <w:lang w:eastAsia="zh-CN"/>
              </w:rPr>
              <w:t>英语平均成绩/</w:t>
            </w:r>
          </w:p>
          <w:p w14:paraId="4B9DEA0B" w14:textId="31BE0FEB" w:rsidR="00B00F2C" w:rsidRDefault="00E0291B">
            <w:pPr>
              <w:spacing w:line="252" w:lineRule="auto"/>
              <w:jc w:val="center"/>
              <w:rPr>
                <w:lang w:eastAsia="zh-CN"/>
              </w:rPr>
            </w:pPr>
            <w:r>
              <w:rPr>
                <w:b/>
                <w:sz w:val="17"/>
                <w:lang w:eastAsia="zh-CN"/>
              </w:rPr>
              <w:t>专业排名</w:t>
            </w:r>
          </w:p>
        </w:tc>
        <w:tc>
          <w:tcPr>
            <w:tcW w:w="1276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5D0759" w14:textId="77777777" w:rsidR="005537EC" w:rsidRDefault="00E0291B">
            <w:pPr>
              <w:spacing w:line="252" w:lineRule="auto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英语等级</w:t>
            </w:r>
            <w:proofErr w:type="spellEnd"/>
          </w:p>
          <w:p w14:paraId="042874CD" w14:textId="6913602A" w:rsidR="00B00F2C" w:rsidRDefault="00E0291B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及成绩</w:t>
            </w:r>
            <w:proofErr w:type="spellEnd"/>
          </w:p>
        </w:tc>
        <w:tc>
          <w:tcPr>
            <w:tcW w:w="162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1596EB" w14:textId="662F532F" w:rsidR="00B00F2C" w:rsidRPr="00715886" w:rsidRDefault="00715886">
            <w:pPr>
              <w:spacing w:line="252" w:lineRule="auto"/>
              <w:jc w:val="center"/>
              <w:rPr>
                <w:b/>
                <w:sz w:val="17"/>
                <w:lang w:eastAsia="zh-CN"/>
              </w:rPr>
            </w:pPr>
            <w:r w:rsidRPr="00FF53CD">
              <w:rPr>
                <w:b/>
                <w:sz w:val="17"/>
                <w:lang w:eastAsia="zh-CN"/>
              </w:rPr>
              <w:t>创新潜质代表性成果（请填写最具代表性的一项）</w:t>
            </w:r>
          </w:p>
        </w:tc>
        <w:tc>
          <w:tcPr>
            <w:tcW w:w="1215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4B82ED" w14:textId="77777777" w:rsidR="00B00F2C" w:rsidRDefault="00E0291B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联系方式</w:t>
            </w:r>
            <w:proofErr w:type="spellEnd"/>
          </w:p>
        </w:tc>
      </w:tr>
      <w:tr w:rsidR="00D6126C" w14:paraId="450FD54D" w14:textId="77777777" w:rsidTr="00715886">
        <w:trPr>
          <w:jc w:val="center"/>
        </w:trPr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110635" w14:textId="77777777" w:rsidR="00B00F2C" w:rsidRDefault="00E0291B">
            <w:pPr>
              <w:spacing w:line="252" w:lineRule="auto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27D666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58FB45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AC5557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93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52CB30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2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E49CF71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A82E8A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0E5426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BF24EC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6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F859F6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9FFF3E" w14:textId="77777777" w:rsidR="00B00F2C" w:rsidRDefault="00B00F2C">
            <w:pPr>
              <w:spacing w:line="252" w:lineRule="auto"/>
              <w:jc w:val="center"/>
            </w:pPr>
          </w:p>
        </w:tc>
      </w:tr>
      <w:tr w:rsidR="00D6126C" w14:paraId="05D482BC" w14:textId="77777777" w:rsidTr="00715886">
        <w:trPr>
          <w:jc w:val="center"/>
        </w:trPr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76B47B" w14:textId="77777777" w:rsidR="00B00F2C" w:rsidRDefault="00E0291B">
            <w:pPr>
              <w:spacing w:line="252" w:lineRule="auto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F68D6D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9C7807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B54777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93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834612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2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23EFF8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AB9B5E3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83B987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7157D1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6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42DCB9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1A58FB" w14:textId="77777777" w:rsidR="00B00F2C" w:rsidRDefault="00B00F2C">
            <w:pPr>
              <w:spacing w:line="252" w:lineRule="auto"/>
              <w:jc w:val="center"/>
            </w:pPr>
          </w:p>
        </w:tc>
      </w:tr>
      <w:tr w:rsidR="00D6126C" w14:paraId="53CECB44" w14:textId="77777777" w:rsidTr="00715886">
        <w:trPr>
          <w:jc w:val="center"/>
        </w:trPr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A808D7" w14:textId="77777777" w:rsidR="00B00F2C" w:rsidRDefault="00E0291B">
            <w:pPr>
              <w:spacing w:line="252" w:lineRule="auto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67EFD3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687C0C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6B9EB8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93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B4C1D3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2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E7C9259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0719E0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789366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BB6E9F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6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8F96F0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9E527A" w14:textId="77777777" w:rsidR="00B00F2C" w:rsidRDefault="00B00F2C">
            <w:pPr>
              <w:spacing w:line="252" w:lineRule="auto"/>
              <w:jc w:val="center"/>
            </w:pPr>
          </w:p>
        </w:tc>
      </w:tr>
      <w:tr w:rsidR="00D6126C" w14:paraId="1BBF504E" w14:textId="77777777" w:rsidTr="00715886">
        <w:trPr>
          <w:jc w:val="center"/>
        </w:trPr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58CB57" w14:textId="77777777" w:rsidR="00B00F2C" w:rsidRDefault="00E0291B">
            <w:pPr>
              <w:spacing w:line="252" w:lineRule="auto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7DA810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A55764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16482E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93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EDBF709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2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7A0E471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68AA88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62D0F7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F757FE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6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F787F3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275A48" w14:textId="77777777" w:rsidR="00B00F2C" w:rsidRDefault="00B00F2C">
            <w:pPr>
              <w:spacing w:line="252" w:lineRule="auto"/>
              <w:jc w:val="center"/>
            </w:pPr>
          </w:p>
        </w:tc>
      </w:tr>
      <w:tr w:rsidR="00D6126C" w14:paraId="1C3E64DF" w14:textId="77777777" w:rsidTr="00715886">
        <w:trPr>
          <w:jc w:val="center"/>
        </w:trPr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787324" w14:textId="77777777" w:rsidR="00B00F2C" w:rsidRDefault="00E0291B">
            <w:pPr>
              <w:spacing w:line="252" w:lineRule="auto"/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E5E566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9E522C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C32CD6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93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9BF930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2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EB3928F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0A55E9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8E9CF1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F27A677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6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29DFB3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779FE9" w14:textId="77777777" w:rsidR="00B00F2C" w:rsidRDefault="00B00F2C">
            <w:pPr>
              <w:spacing w:line="252" w:lineRule="auto"/>
              <w:jc w:val="center"/>
            </w:pPr>
          </w:p>
        </w:tc>
      </w:tr>
      <w:tr w:rsidR="00D6126C" w14:paraId="6542AE07" w14:textId="77777777" w:rsidTr="00715886">
        <w:trPr>
          <w:jc w:val="center"/>
        </w:trPr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0B06D78" w14:textId="77777777" w:rsidR="00B00F2C" w:rsidRDefault="00E0291B">
            <w:pPr>
              <w:spacing w:line="252" w:lineRule="auto"/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645FC0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BA0358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F1F2275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93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79B406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2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FC3BFF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967C1B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23E2D0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C11895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6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D8EFDC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769BC5" w14:textId="77777777" w:rsidR="00B00F2C" w:rsidRDefault="00B00F2C">
            <w:pPr>
              <w:spacing w:line="252" w:lineRule="auto"/>
              <w:jc w:val="center"/>
            </w:pPr>
          </w:p>
        </w:tc>
      </w:tr>
      <w:tr w:rsidR="00D6126C" w14:paraId="2277DE22" w14:textId="77777777" w:rsidTr="00715886">
        <w:trPr>
          <w:jc w:val="center"/>
        </w:trPr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1B3E19" w14:textId="77777777" w:rsidR="00B00F2C" w:rsidRDefault="00E0291B">
            <w:pPr>
              <w:spacing w:line="252" w:lineRule="auto"/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2A3314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F6529D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CC54C2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93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DC7CE8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2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B08F5F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790719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125740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A9EDD2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6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155446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4EEA1B" w14:textId="77777777" w:rsidR="00B00F2C" w:rsidRDefault="00B00F2C">
            <w:pPr>
              <w:spacing w:line="252" w:lineRule="auto"/>
              <w:jc w:val="center"/>
            </w:pPr>
          </w:p>
        </w:tc>
      </w:tr>
      <w:tr w:rsidR="00D6126C" w14:paraId="237640B3" w14:textId="77777777" w:rsidTr="00715886">
        <w:trPr>
          <w:jc w:val="center"/>
        </w:trPr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918D66" w14:textId="77777777" w:rsidR="00B00F2C" w:rsidRDefault="00E0291B">
            <w:pPr>
              <w:spacing w:line="252" w:lineRule="auto"/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EA7418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74A83E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671F1A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93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20F459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2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4AD440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BD4D86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54094F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F610AB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6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EA11FE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C0F4A5" w14:textId="77777777" w:rsidR="00B00F2C" w:rsidRDefault="00B00F2C">
            <w:pPr>
              <w:spacing w:line="252" w:lineRule="auto"/>
              <w:jc w:val="center"/>
            </w:pPr>
          </w:p>
        </w:tc>
      </w:tr>
      <w:tr w:rsidR="00D6126C" w14:paraId="0473F66E" w14:textId="77777777" w:rsidTr="00715886">
        <w:trPr>
          <w:jc w:val="center"/>
        </w:trPr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9CD5F1" w14:textId="77777777" w:rsidR="00B00F2C" w:rsidRDefault="00E0291B">
            <w:pPr>
              <w:spacing w:line="252" w:lineRule="auto"/>
              <w:jc w:val="center"/>
            </w:pPr>
            <w:r>
              <w:rPr>
                <w:sz w:val="17"/>
              </w:rPr>
              <w:t>9</w:t>
            </w: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C839E5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61DAA3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0D6DE3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93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3D9307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2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3E4D28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22DAAA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35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2B6B25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BA5DE9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6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B16399" w14:textId="77777777" w:rsidR="00B00F2C" w:rsidRDefault="00B00F2C">
            <w:pPr>
              <w:spacing w:line="252" w:lineRule="auto"/>
              <w:jc w:val="center"/>
            </w:pPr>
          </w:p>
        </w:tc>
        <w:tc>
          <w:tcPr>
            <w:tcW w:w="12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46C804" w14:textId="77777777" w:rsidR="00B00F2C" w:rsidRDefault="00B00F2C">
            <w:pPr>
              <w:spacing w:line="252" w:lineRule="auto"/>
              <w:jc w:val="center"/>
            </w:pPr>
          </w:p>
        </w:tc>
      </w:tr>
    </w:tbl>
    <w:p w14:paraId="4EDADD00" w14:textId="77777777" w:rsidR="00715886" w:rsidRDefault="00715886">
      <w:pPr>
        <w:spacing w:before="100"/>
        <w:rPr>
          <w:lang w:eastAsia="zh-CN"/>
        </w:rPr>
      </w:pPr>
    </w:p>
    <w:p w14:paraId="16F6063B" w14:textId="680CD1D6" w:rsidR="00715886" w:rsidRDefault="00715886">
      <w:pPr>
        <w:spacing w:before="100"/>
        <w:rPr>
          <w:lang w:eastAsia="zh-CN"/>
        </w:rPr>
      </w:pPr>
      <w:r>
        <w:rPr>
          <w:lang w:eastAsia="zh-CN"/>
        </w:rPr>
        <w:t>学院意见：</w:t>
      </w:r>
      <w:r w:rsidRPr="00715886">
        <w:rPr>
          <w:rFonts w:hint="eastAsia"/>
          <w:lang w:eastAsia="zh-CN"/>
        </w:rPr>
        <w:t>经审核，以上学生符合拔尖</w:t>
      </w:r>
      <w:proofErr w:type="gramStart"/>
      <w:r w:rsidRPr="00715886">
        <w:rPr>
          <w:rFonts w:hint="eastAsia"/>
          <w:lang w:eastAsia="zh-CN"/>
        </w:rPr>
        <w:t>班申请</w:t>
      </w:r>
      <w:proofErr w:type="gramEnd"/>
      <w:r w:rsidRPr="00715886">
        <w:rPr>
          <w:rFonts w:hint="eastAsia"/>
          <w:lang w:eastAsia="zh-CN"/>
        </w:rPr>
        <w:t>条件，思想政治表现合格，申报材料真实有效，资格审查结论为“通过”，且院内公示无异议，同意报送。</w:t>
      </w:r>
    </w:p>
    <w:p w14:paraId="157FB5BF" w14:textId="77777777" w:rsidR="003633A1" w:rsidRDefault="003633A1">
      <w:pPr>
        <w:rPr>
          <w:lang w:eastAsia="zh-CN"/>
        </w:rPr>
      </w:pPr>
    </w:p>
    <w:p w14:paraId="71C5D78D" w14:textId="05DC65D2" w:rsidR="00B00F2C" w:rsidRDefault="003633A1">
      <w:pPr>
        <w:rPr>
          <w:lang w:eastAsia="zh-CN"/>
        </w:rPr>
      </w:pPr>
      <w:r>
        <w:rPr>
          <w:rFonts w:hint="eastAsia"/>
          <w:lang w:eastAsia="zh-CN"/>
        </w:rPr>
        <w:t>学院工作</w:t>
      </w:r>
      <w:r w:rsidR="00E0291B">
        <w:rPr>
          <w:lang w:eastAsia="zh-CN"/>
        </w:rPr>
        <w:t xml:space="preserve">小组组长（院长）签字：________________    </w:t>
      </w:r>
      <w:r>
        <w:rPr>
          <w:lang w:eastAsia="zh-CN"/>
        </w:rPr>
        <w:t xml:space="preserve">       </w:t>
      </w:r>
      <w:r w:rsidR="00E0291B">
        <w:rPr>
          <w:lang w:eastAsia="zh-CN"/>
        </w:rPr>
        <w:t xml:space="preserve"> 年    月    日</w:t>
      </w:r>
    </w:p>
    <w:p w14:paraId="733AE2AE" w14:textId="351732A9" w:rsidR="00516F43" w:rsidRDefault="00516F43">
      <w:pPr>
        <w:rPr>
          <w:lang w:eastAsia="zh-CN"/>
        </w:rPr>
      </w:pPr>
    </w:p>
    <w:p w14:paraId="710D3C44" w14:textId="77777777" w:rsidR="00516F43" w:rsidRDefault="00516F43" w:rsidP="00516F43">
      <w:pPr>
        <w:rPr>
          <w:lang w:eastAsia="zh-CN"/>
        </w:rPr>
      </w:pPr>
      <w:r>
        <w:rPr>
          <w:sz w:val="19"/>
          <w:lang w:eastAsia="zh-CN"/>
        </w:rPr>
        <w:t>填表说明：按学院考核成绩由高到低排序。</w:t>
      </w:r>
    </w:p>
    <w:p w14:paraId="55FF4433" w14:textId="77777777" w:rsidR="00516F43" w:rsidRPr="00516F43" w:rsidRDefault="00516F43">
      <w:pPr>
        <w:rPr>
          <w:rFonts w:hint="eastAsia"/>
          <w:lang w:eastAsia="zh-CN"/>
        </w:rPr>
      </w:pPr>
    </w:p>
    <w:sectPr w:rsidR="00516F43" w:rsidRPr="00516F43" w:rsidSect="00034616">
      <w:pgSz w:w="16838" w:h="11906"/>
      <w:pgMar w:top="907" w:right="794" w:bottom="85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3F15A" w14:textId="77777777" w:rsidR="003F525E" w:rsidRDefault="003F525E" w:rsidP="00D6126C">
      <w:pPr>
        <w:spacing w:line="240" w:lineRule="auto"/>
      </w:pPr>
      <w:r>
        <w:separator/>
      </w:r>
    </w:p>
  </w:endnote>
  <w:endnote w:type="continuationSeparator" w:id="0">
    <w:p w14:paraId="3363BBF0" w14:textId="77777777" w:rsidR="003F525E" w:rsidRDefault="003F525E" w:rsidP="00D612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2E883" w14:textId="77777777" w:rsidR="003F525E" w:rsidRDefault="003F525E" w:rsidP="00D6126C">
      <w:pPr>
        <w:spacing w:line="240" w:lineRule="auto"/>
      </w:pPr>
      <w:r>
        <w:separator/>
      </w:r>
    </w:p>
  </w:footnote>
  <w:footnote w:type="continuationSeparator" w:id="0">
    <w:p w14:paraId="3D95004F" w14:textId="77777777" w:rsidR="003F525E" w:rsidRDefault="003F525E" w:rsidP="00D612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0A7E"/>
    <w:rsid w:val="0029639D"/>
    <w:rsid w:val="002B0B09"/>
    <w:rsid w:val="00326F90"/>
    <w:rsid w:val="003633A1"/>
    <w:rsid w:val="003F2F2F"/>
    <w:rsid w:val="003F525E"/>
    <w:rsid w:val="00516F43"/>
    <w:rsid w:val="005537EC"/>
    <w:rsid w:val="005D23E5"/>
    <w:rsid w:val="00715886"/>
    <w:rsid w:val="007A0416"/>
    <w:rsid w:val="009A72ED"/>
    <w:rsid w:val="00AA1D8D"/>
    <w:rsid w:val="00B00F2C"/>
    <w:rsid w:val="00B47730"/>
    <w:rsid w:val="00B5339C"/>
    <w:rsid w:val="00BA3FAD"/>
    <w:rsid w:val="00CB0664"/>
    <w:rsid w:val="00D05056"/>
    <w:rsid w:val="00D6126C"/>
    <w:rsid w:val="00DC5F28"/>
    <w:rsid w:val="00E0291B"/>
    <w:rsid w:val="00FC693F"/>
    <w:rsid w:val="00FF0C12"/>
    <w:rsid w:val="00FF53CD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DA680E"/>
  <w14:defaultImageDpi w14:val="300"/>
  <w15:docId w15:val="{2DDF088F-9584-4235-A621-83FC464D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64" w:lineRule="auto"/>
    </w:pPr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WN</cp:lastModifiedBy>
  <cp:revision>15</cp:revision>
  <dcterms:created xsi:type="dcterms:W3CDTF">2013-12-23T23:15:00Z</dcterms:created>
  <dcterms:modified xsi:type="dcterms:W3CDTF">2026-09-07T07:38:00Z</dcterms:modified>
  <cp:category/>
</cp:coreProperties>
</file>