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78109" w14:textId="10D75531" w:rsidR="004309C5" w:rsidRDefault="00CB14B6">
      <w:pPr>
        <w:rPr>
          <w:lang w:eastAsia="zh-CN"/>
        </w:rPr>
      </w:pPr>
      <w:r>
        <w:rPr>
          <w:lang w:eastAsia="zh-CN"/>
        </w:rPr>
        <w:t>附件</w:t>
      </w:r>
      <w:r w:rsidR="008D49F1">
        <w:rPr>
          <w:lang w:eastAsia="zh-CN"/>
        </w:rPr>
        <w:t>2</w:t>
      </w:r>
    </w:p>
    <w:p w14:paraId="51BE1FD8" w14:textId="516BFF49" w:rsidR="004309C5" w:rsidRDefault="00CB14B6">
      <w:pPr>
        <w:spacing w:after="100"/>
        <w:jc w:val="center"/>
        <w:rPr>
          <w:lang w:eastAsia="zh-CN"/>
        </w:rPr>
      </w:pPr>
      <w:r>
        <w:rPr>
          <w:b/>
          <w:sz w:val="36"/>
          <w:lang w:eastAsia="zh-CN"/>
        </w:rPr>
        <w:t>×××学院</w:t>
      </w:r>
      <w:r w:rsidR="00C37046">
        <w:rPr>
          <w:rFonts w:hint="eastAsia"/>
          <w:b/>
          <w:sz w:val="36"/>
          <w:lang w:eastAsia="zh-CN"/>
        </w:rPr>
        <w:t>“羡林</w:t>
      </w:r>
      <w:r w:rsidR="00CE1F8B">
        <w:rPr>
          <w:rFonts w:hint="eastAsia"/>
          <w:b/>
          <w:sz w:val="36"/>
          <w:lang w:eastAsia="zh-CN"/>
        </w:rPr>
        <w:t>学子</w:t>
      </w:r>
      <w:r w:rsidR="00C37046">
        <w:rPr>
          <w:rFonts w:hint="eastAsia"/>
          <w:b/>
          <w:sz w:val="36"/>
          <w:lang w:eastAsia="zh-CN"/>
        </w:rPr>
        <w:t>”（</w:t>
      </w:r>
      <w:r>
        <w:rPr>
          <w:b/>
          <w:sz w:val="36"/>
          <w:lang w:eastAsia="zh-CN"/>
        </w:rPr>
        <w:t>优师班</w:t>
      </w:r>
      <w:r w:rsidR="00C37046">
        <w:rPr>
          <w:rFonts w:hint="eastAsia"/>
          <w:b/>
          <w:sz w:val="36"/>
          <w:lang w:eastAsia="zh-CN"/>
        </w:rPr>
        <w:t>）</w:t>
      </w:r>
      <w:r>
        <w:rPr>
          <w:b/>
          <w:sz w:val="36"/>
          <w:lang w:eastAsia="zh-CN"/>
        </w:rPr>
        <w:t>遴选推荐学生名单</w:t>
      </w:r>
    </w:p>
    <w:p w14:paraId="3B692AED" w14:textId="77777777" w:rsidR="006468B2" w:rsidRPr="003633A1" w:rsidRDefault="006468B2" w:rsidP="006468B2">
      <w:pPr>
        <w:jc w:val="both"/>
        <w:rPr>
          <w:rFonts w:cs="宋体"/>
          <w:b/>
          <w:bCs/>
          <w:color w:val="000000"/>
          <w:sz w:val="28"/>
          <w:szCs w:val="28"/>
          <w:lang w:eastAsia="zh-CN"/>
        </w:rPr>
      </w:pPr>
      <w:r>
        <w:rPr>
          <w:rFonts w:cs="宋体" w:hint="eastAsia"/>
          <w:b/>
          <w:bCs/>
          <w:color w:val="000000"/>
          <w:sz w:val="28"/>
          <w:szCs w:val="28"/>
          <w:lang w:eastAsia="zh-CN"/>
        </w:rPr>
        <w:t>学院（公章）：</w:t>
      </w:r>
    </w:p>
    <w:tbl>
      <w:tblPr>
        <w:tblStyle w:val="aff1"/>
        <w:tblW w:w="15796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1627"/>
        <w:gridCol w:w="850"/>
        <w:gridCol w:w="1985"/>
        <w:gridCol w:w="1701"/>
        <w:gridCol w:w="1214"/>
        <w:gridCol w:w="1418"/>
        <w:gridCol w:w="1417"/>
        <w:gridCol w:w="1401"/>
        <w:gridCol w:w="1276"/>
        <w:gridCol w:w="2056"/>
      </w:tblGrid>
      <w:tr w:rsidR="006468B2" w14:paraId="267C1706" w14:textId="77777777" w:rsidTr="006468B2">
        <w:trPr>
          <w:tblHeader/>
          <w:jc w:val="center"/>
        </w:trPr>
        <w:tc>
          <w:tcPr>
            <w:tcW w:w="851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C9ABBE5" w14:textId="77777777" w:rsidR="006468B2" w:rsidRDefault="006468B2">
            <w:pPr>
              <w:spacing w:line="252" w:lineRule="auto"/>
              <w:jc w:val="center"/>
            </w:pPr>
            <w:proofErr w:type="spellStart"/>
            <w:r>
              <w:rPr>
                <w:b/>
                <w:sz w:val="17"/>
              </w:rPr>
              <w:t>序号</w:t>
            </w:r>
            <w:proofErr w:type="spellEnd"/>
          </w:p>
        </w:tc>
        <w:tc>
          <w:tcPr>
            <w:tcW w:w="1627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72736BB" w14:textId="77777777" w:rsidR="006468B2" w:rsidRDefault="006468B2">
            <w:pPr>
              <w:spacing w:line="252" w:lineRule="auto"/>
              <w:jc w:val="center"/>
            </w:pPr>
            <w:proofErr w:type="spellStart"/>
            <w:r>
              <w:rPr>
                <w:b/>
                <w:sz w:val="17"/>
              </w:rPr>
              <w:t>姓名</w:t>
            </w:r>
            <w:proofErr w:type="spellEnd"/>
          </w:p>
        </w:tc>
        <w:tc>
          <w:tcPr>
            <w:tcW w:w="850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66B650B" w14:textId="77777777" w:rsidR="006468B2" w:rsidRDefault="006468B2">
            <w:pPr>
              <w:spacing w:line="252" w:lineRule="auto"/>
              <w:jc w:val="center"/>
            </w:pPr>
            <w:proofErr w:type="spellStart"/>
            <w:r>
              <w:rPr>
                <w:b/>
                <w:sz w:val="17"/>
              </w:rPr>
              <w:t>性别</w:t>
            </w:r>
            <w:proofErr w:type="spellEnd"/>
          </w:p>
        </w:tc>
        <w:tc>
          <w:tcPr>
            <w:tcW w:w="1985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1105148" w14:textId="77777777" w:rsidR="006468B2" w:rsidRDefault="006468B2">
            <w:pPr>
              <w:spacing w:line="252" w:lineRule="auto"/>
              <w:jc w:val="center"/>
            </w:pPr>
            <w:proofErr w:type="spellStart"/>
            <w:r>
              <w:rPr>
                <w:b/>
                <w:sz w:val="17"/>
              </w:rPr>
              <w:t>学号</w:t>
            </w:r>
            <w:proofErr w:type="spellEnd"/>
          </w:p>
        </w:tc>
        <w:tc>
          <w:tcPr>
            <w:tcW w:w="1701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A0AFB6B" w14:textId="77777777" w:rsidR="006468B2" w:rsidRDefault="006468B2">
            <w:pPr>
              <w:spacing w:line="252" w:lineRule="auto"/>
              <w:jc w:val="center"/>
            </w:pPr>
            <w:proofErr w:type="spellStart"/>
            <w:r>
              <w:rPr>
                <w:b/>
                <w:sz w:val="17"/>
              </w:rPr>
              <w:t>专业</w:t>
            </w:r>
            <w:proofErr w:type="spellEnd"/>
          </w:p>
        </w:tc>
        <w:tc>
          <w:tcPr>
            <w:tcW w:w="1214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25BFD8E" w14:textId="77777777" w:rsidR="006468B2" w:rsidRDefault="006468B2">
            <w:pPr>
              <w:spacing w:line="252" w:lineRule="auto"/>
              <w:jc w:val="center"/>
            </w:pPr>
            <w:proofErr w:type="spellStart"/>
            <w:r>
              <w:rPr>
                <w:b/>
                <w:sz w:val="17"/>
              </w:rPr>
              <w:t>政治面貌</w:t>
            </w:r>
            <w:proofErr w:type="spellEnd"/>
          </w:p>
        </w:tc>
        <w:tc>
          <w:tcPr>
            <w:tcW w:w="1418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757D7D3" w14:textId="77777777" w:rsidR="006468B2" w:rsidRDefault="006468B2">
            <w:pPr>
              <w:spacing w:line="252" w:lineRule="auto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课程GPA</w:t>
            </w:r>
            <w:proofErr w:type="spellEnd"/>
            <w:r>
              <w:rPr>
                <w:b/>
                <w:sz w:val="17"/>
              </w:rPr>
              <w:t>/</w:t>
            </w:r>
          </w:p>
          <w:p w14:paraId="2E1B0794" w14:textId="57EC8284" w:rsidR="006468B2" w:rsidRDefault="006468B2">
            <w:pPr>
              <w:spacing w:line="252" w:lineRule="auto"/>
              <w:jc w:val="center"/>
            </w:pPr>
            <w:proofErr w:type="spellStart"/>
            <w:r>
              <w:rPr>
                <w:b/>
                <w:sz w:val="17"/>
              </w:rPr>
              <w:t>专业排名</w:t>
            </w:r>
            <w:proofErr w:type="spellEnd"/>
          </w:p>
        </w:tc>
        <w:tc>
          <w:tcPr>
            <w:tcW w:w="1417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C1F83D2" w14:textId="77777777" w:rsidR="006468B2" w:rsidRDefault="006468B2">
            <w:pPr>
              <w:spacing w:line="252" w:lineRule="auto"/>
              <w:jc w:val="center"/>
              <w:rPr>
                <w:b/>
                <w:sz w:val="17"/>
                <w:lang w:eastAsia="zh-CN"/>
              </w:rPr>
            </w:pPr>
            <w:r>
              <w:rPr>
                <w:b/>
                <w:sz w:val="17"/>
                <w:lang w:eastAsia="zh-CN"/>
              </w:rPr>
              <w:t>英语平均成绩/</w:t>
            </w:r>
          </w:p>
          <w:p w14:paraId="5DFE8E2F" w14:textId="35F6120E" w:rsidR="006468B2" w:rsidRDefault="006468B2">
            <w:pPr>
              <w:spacing w:line="252" w:lineRule="auto"/>
              <w:jc w:val="center"/>
              <w:rPr>
                <w:lang w:eastAsia="zh-CN"/>
              </w:rPr>
            </w:pPr>
            <w:r>
              <w:rPr>
                <w:b/>
                <w:sz w:val="17"/>
                <w:lang w:eastAsia="zh-CN"/>
              </w:rPr>
              <w:t>专业排名</w:t>
            </w:r>
          </w:p>
        </w:tc>
        <w:tc>
          <w:tcPr>
            <w:tcW w:w="1401" w:type="dxa"/>
            <w:shd w:val="clear" w:color="auto" w:fill="D9EAF7"/>
            <w:vAlign w:val="center"/>
          </w:tcPr>
          <w:p w14:paraId="18FDBE71" w14:textId="5F27A6E2" w:rsidR="006468B2" w:rsidRDefault="006468B2">
            <w:pPr>
              <w:spacing w:line="252" w:lineRule="auto"/>
              <w:jc w:val="center"/>
              <w:rPr>
                <w:b/>
                <w:sz w:val="17"/>
              </w:rPr>
            </w:pPr>
            <w:r>
              <w:rPr>
                <w:rFonts w:hint="eastAsia"/>
                <w:b/>
                <w:sz w:val="17"/>
              </w:rPr>
              <w:t>英语四六级成绩</w:t>
            </w:r>
          </w:p>
        </w:tc>
        <w:tc>
          <w:tcPr>
            <w:tcW w:w="1276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35CB007" w14:textId="30466E2F" w:rsidR="006468B2" w:rsidRDefault="006468B2">
            <w:pPr>
              <w:spacing w:line="252" w:lineRule="auto"/>
              <w:jc w:val="center"/>
            </w:pPr>
            <w:r>
              <w:rPr>
                <w:rFonts w:hint="eastAsia"/>
                <w:b/>
                <w:sz w:val="17"/>
                <w:lang w:eastAsia="zh-CN"/>
              </w:rPr>
              <w:t>面试</w:t>
            </w:r>
            <w:proofErr w:type="spellStart"/>
            <w:r>
              <w:rPr>
                <w:b/>
                <w:sz w:val="17"/>
              </w:rPr>
              <w:t>成绩</w:t>
            </w:r>
            <w:proofErr w:type="spellEnd"/>
          </w:p>
        </w:tc>
        <w:tc>
          <w:tcPr>
            <w:tcW w:w="2056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BF4B978" w14:textId="77777777" w:rsidR="006468B2" w:rsidRDefault="006468B2">
            <w:pPr>
              <w:spacing w:line="252" w:lineRule="auto"/>
              <w:jc w:val="center"/>
            </w:pPr>
            <w:proofErr w:type="spellStart"/>
            <w:r>
              <w:rPr>
                <w:b/>
                <w:sz w:val="17"/>
              </w:rPr>
              <w:t>联系方式</w:t>
            </w:r>
            <w:proofErr w:type="spellEnd"/>
          </w:p>
        </w:tc>
      </w:tr>
      <w:tr w:rsidR="006468B2" w14:paraId="5BB13BF2" w14:textId="77777777" w:rsidTr="006468B2">
        <w:trPr>
          <w:jc w:val="center"/>
        </w:trPr>
        <w:tc>
          <w:tcPr>
            <w:tcW w:w="85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18C0059" w14:textId="77777777" w:rsidR="006468B2" w:rsidRDefault="006468B2">
            <w:pPr>
              <w:spacing w:line="252" w:lineRule="auto"/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162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2F60E87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8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49833B9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98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E052E21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70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7C76D5F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21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8BBB6FE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41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468142E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41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7DADD63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401" w:type="dxa"/>
            <w:vAlign w:val="center"/>
          </w:tcPr>
          <w:p w14:paraId="15D50227" w14:textId="77777777" w:rsidR="006468B2" w:rsidRPr="006468B2" w:rsidRDefault="006468B2">
            <w:pPr>
              <w:spacing w:line="252" w:lineRule="auto"/>
              <w:jc w:val="center"/>
              <w:rPr>
                <w:b/>
                <w:sz w:val="17"/>
              </w:rPr>
            </w:pPr>
          </w:p>
        </w:tc>
        <w:tc>
          <w:tcPr>
            <w:tcW w:w="127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1717CD0" w14:textId="597FC5D2" w:rsidR="006468B2" w:rsidRDefault="006468B2">
            <w:pPr>
              <w:spacing w:line="252" w:lineRule="auto"/>
              <w:jc w:val="center"/>
            </w:pPr>
          </w:p>
        </w:tc>
        <w:tc>
          <w:tcPr>
            <w:tcW w:w="205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0A6D7CA" w14:textId="77777777" w:rsidR="006468B2" w:rsidRDefault="006468B2">
            <w:pPr>
              <w:spacing w:line="252" w:lineRule="auto"/>
              <w:jc w:val="center"/>
            </w:pPr>
          </w:p>
        </w:tc>
      </w:tr>
      <w:tr w:rsidR="006468B2" w14:paraId="06B1482C" w14:textId="77777777" w:rsidTr="006468B2">
        <w:trPr>
          <w:jc w:val="center"/>
        </w:trPr>
        <w:tc>
          <w:tcPr>
            <w:tcW w:w="85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9558B68" w14:textId="77777777" w:rsidR="006468B2" w:rsidRDefault="006468B2">
            <w:pPr>
              <w:spacing w:line="252" w:lineRule="auto"/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162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1D1DC1D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8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AF61B61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98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E851FB9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70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41EBA9F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21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9EA4B5D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41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C5A1451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41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6CA1F9E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401" w:type="dxa"/>
          </w:tcPr>
          <w:p w14:paraId="16287D85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27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90D466F" w14:textId="27C0451F" w:rsidR="006468B2" w:rsidRDefault="006468B2">
            <w:pPr>
              <w:spacing w:line="252" w:lineRule="auto"/>
              <w:jc w:val="center"/>
            </w:pPr>
          </w:p>
        </w:tc>
        <w:tc>
          <w:tcPr>
            <w:tcW w:w="205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462A06C" w14:textId="77777777" w:rsidR="006468B2" w:rsidRDefault="006468B2">
            <w:pPr>
              <w:spacing w:line="252" w:lineRule="auto"/>
              <w:jc w:val="center"/>
            </w:pPr>
          </w:p>
        </w:tc>
      </w:tr>
      <w:tr w:rsidR="006468B2" w14:paraId="5CF7267C" w14:textId="77777777" w:rsidTr="006468B2">
        <w:trPr>
          <w:jc w:val="center"/>
        </w:trPr>
        <w:tc>
          <w:tcPr>
            <w:tcW w:w="85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A2A7A0D" w14:textId="77777777" w:rsidR="006468B2" w:rsidRDefault="006468B2">
            <w:pPr>
              <w:spacing w:line="252" w:lineRule="auto"/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162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A993C29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8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3A5B8E6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98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7B33EC0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70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27B1481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21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6CE8103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41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B383C5C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41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7708152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401" w:type="dxa"/>
          </w:tcPr>
          <w:p w14:paraId="5F404E67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27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1870F22" w14:textId="2A642731" w:rsidR="006468B2" w:rsidRDefault="006468B2">
            <w:pPr>
              <w:spacing w:line="252" w:lineRule="auto"/>
              <w:jc w:val="center"/>
            </w:pPr>
          </w:p>
        </w:tc>
        <w:tc>
          <w:tcPr>
            <w:tcW w:w="205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F2DD953" w14:textId="77777777" w:rsidR="006468B2" w:rsidRDefault="006468B2">
            <w:pPr>
              <w:spacing w:line="252" w:lineRule="auto"/>
              <w:jc w:val="center"/>
            </w:pPr>
          </w:p>
        </w:tc>
      </w:tr>
      <w:tr w:rsidR="006468B2" w14:paraId="0202EC9F" w14:textId="77777777" w:rsidTr="006468B2">
        <w:trPr>
          <w:jc w:val="center"/>
        </w:trPr>
        <w:tc>
          <w:tcPr>
            <w:tcW w:w="85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08C3B04" w14:textId="77777777" w:rsidR="006468B2" w:rsidRDefault="006468B2">
            <w:pPr>
              <w:spacing w:line="252" w:lineRule="auto"/>
              <w:jc w:val="center"/>
            </w:pPr>
            <w:r>
              <w:rPr>
                <w:sz w:val="17"/>
              </w:rPr>
              <w:t>4</w:t>
            </w:r>
          </w:p>
        </w:tc>
        <w:tc>
          <w:tcPr>
            <w:tcW w:w="162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EC0C55E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8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4609AD6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98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920EEF7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70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F7C50DF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21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F375E5E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41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A2C1072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41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77FA626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401" w:type="dxa"/>
          </w:tcPr>
          <w:p w14:paraId="1DDBC66A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27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1AF229D" w14:textId="410CA9D2" w:rsidR="006468B2" w:rsidRDefault="006468B2">
            <w:pPr>
              <w:spacing w:line="252" w:lineRule="auto"/>
              <w:jc w:val="center"/>
            </w:pPr>
          </w:p>
        </w:tc>
        <w:tc>
          <w:tcPr>
            <w:tcW w:w="205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8020EE9" w14:textId="77777777" w:rsidR="006468B2" w:rsidRDefault="006468B2">
            <w:pPr>
              <w:spacing w:line="252" w:lineRule="auto"/>
              <w:jc w:val="center"/>
            </w:pPr>
          </w:p>
        </w:tc>
      </w:tr>
      <w:tr w:rsidR="006468B2" w14:paraId="0FD8955A" w14:textId="77777777" w:rsidTr="006468B2">
        <w:trPr>
          <w:jc w:val="center"/>
        </w:trPr>
        <w:tc>
          <w:tcPr>
            <w:tcW w:w="85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53C397F" w14:textId="77777777" w:rsidR="006468B2" w:rsidRDefault="006468B2">
            <w:pPr>
              <w:spacing w:line="252" w:lineRule="auto"/>
              <w:jc w:val="center"/>
            </w:pPr>
            <w:r>
              <w:rPr>
                <w:sz w:val="17"/>
              </w:rPr>
              <w:t>5</w:t>
            </w:r>
          </w:p>
        </w:tc>
        <w:tc>
          <w:tcPr>
            <w:tcW w:w="162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2769DA6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8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B8AB1FD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98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2DAF1BA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70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4785CF7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21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89334E4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41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260DB67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41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8CDF0AF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401" w:type="dxa"/>
          </w:tcPr>
          <w:p w14:paraId="2446147B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27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904EB0C" w14:textId="1357A448" w:rsidR="006468B2" w:rsidRDefault="006468B2">
            <w:pPr>
              <w:spacing w:line="252" w:lineRule="auto"/>
              <w:jc w:val="center"/>
            </w:pPr>
          </w:p>
        </w:tc>
        <w:tc>
          <w:tcPr>
            <w:tcW w:w="205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C76AD07" w14:textId="77777777" w:rsidR="006468B2" w:rsidRDefault="006468B2">
            <w:pPr>
              <w:spacing w:line="252" w:lineRule="auto"/>
              <w:jc w:val="center"/>
            </w:pPr>
          </w:p>
        </w:tc>
      </w:tr>
      <w:tr w:rsidR="006468B2" w14:paraId="4432FD47" w14:textId="77777777" w:rsidTr="006468B2">
        <w:trPr>
          <w:jc w:val="center"/>
        </w:trPr>
        <w:tc>
          <w:tcPr>
            <w:tcW w:w="85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2E64CD4" w14:textId="77777777" w:rsidR="006468B2" w:rsidRDefault="006468B2">
            <w:pPr>
              <w:spacing w:line="252" w:lineRule="auto"/>
              <w:jc w:val="center"/>
            </w:pPr>
            <w:r>
              <w:rPr>
                <w:sz w:val="17"/>
              </w:rPr>
              <w:t>6</w:t>
            </w:r>
          </w:p>
        </w:tc>
        <w:tc>
          <w:tcPr>
            <w:tcW w:w="162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81E1E28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8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677C6C4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98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C111CB5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70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786F485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21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F5F3E99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41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3F15AD5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41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D3682C2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401" w:type="dxa"/>
          </w:tcPr>
          <w:p w14:paraId="3C2EB6EA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27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CC03300" w14:textId="2F8C809C" w:rsidR="006468B2" w:rsidRDefault="006468B2">
            <w:pPr>
              <w:spacing w:line="252" w:lineRule="auto"/>
              <w:jc w:val="center"/>
            </w:pPr>
          </w:p>
        </w:tc>
        <w:tc>
          <w:tcPr>
            <w:tcW w:w="205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3879A30" w14:textId="77777777" w:rsidR="006468B2" w:rsidRDefault="006468B2">
            <w:pPr>
              <w:spacing w:line="252" w:lineRule="auto"/>
              <w:jc w:val="center"/>
            </w:pPr>
          </w:p>
        </w:tc>
      </w:tr>
      <w:tr w:rsidR="006468B2" w14:paraId="3384090A" w14:textId="77777777" w:rsidTr="006468B2">
        <w:trPr>
          <w:jc w:val="center"/>
        </w:trPr>
        <w:tc>
          <w:tcPr>
            <w:tcW w:w="85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32B5E76" w14:textId="77777777" w:rsidR="006468B2" w:rsidRDefault="006468B2">
            <w:pPr>
              <w:spacing w:line="252" w:lineRule="auto"/>
              <w:jc w:val="center"/>
            </w:pPr>
            <w:r>
              <w:rPr>
                <w:sz w:val="17"/>
              </w:rPr>
              <w:t>7</w:t>
            </w:r>
          </w:p>
        </w:tc>
        <w:tc>
          <w:tcPr>
            <w:tcW w:w="162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1D3D49E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8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690A611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98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63F8689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70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E18FDA1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21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FC6C461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41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768B49A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41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6E5390F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401" w:type="dxa"/>
          </w:tcPr>
          <w:p w14:paraId="1FC0D9FB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27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875A8C6" w14:textId="672C0B78" w:rsidR="006468B2" w:rsidRDefault="006468B2">
            <w:pPr>
              <w:spacing w:line="252" w:lineRule="auto"/>
              <w:jc w:val="center"/>
            </w:pPr>
          </w:p>
        </w:tc>
        <w:tc>
          <w:tcPr>
            <w:tcW w:w="205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FBE5307" w14:textId="77777777" w:rsidR="006468B2" w:rsidRDefault="006468B2">
            <w:pPr>
              <w:spacing w:line="252" w:lineRule="auto"/>
              <w:jc w:val="center"/>
            </w:pPr>
          </w:p>
        </w:tc>
      </w:tr>
      <w:tr w:rsidR="006468B2" w14:paraId="2254555E" w14:textId="77777777" w:rsidTr="006468B2">
        <w:trPr>
          <w:jc w:val="center"/>
        </w:trPr>
        <w:tc>
          <w:tcPr>
            <w:tcW w:w="85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B5B81C6" w14:textId="77777777" w:rsidR="006468B2" w:rsidRDefault="006468B2">
            <w:pPr>
              <w:spacing w:line="252" w:lineRule="auto"/>
              <w:jc w:val="center"/>
            </w:pPr>
            <w:r>
              <w:rPr>
                <w:sz w:val="17"/>
              </w:rPr>
              <w:t>8</w:t>
            </w:r>
          </w:p>
        </w:tc>
        <w:tc>
          <w:tcPr>
            <w:tcW w:w="162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08E6B29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8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2B1E2D4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98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D57BE2C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70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A27920D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21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B1ABE10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41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BFA2E46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41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7CE11B1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401" w:type="dxa"/>
          </w:tcPr>
          <w:p w14:paraId="2B3CE6F0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27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01E5099" w14:textId="44772E6D" w:rsidR="006468B2" w:rsidRDefault="006468B2">
            <w:pPr>
              <w:spacing w:line="252" w:lineRule="auto"/>
              <w:jc w:val="center"/>
            </w:pPr>
          </w:p>
        </w:tc>
        <w:tc>
          <w:tcPr>
            <w:tcW w:w="205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11589CD" w14:textId="77777777" w:rsidR="006468B2" w:rsidRDefault="006468B2">
            <w:pPr>
              <w:spacing w:line="252" w:lineRule="auto"/>
              <w:jc w:val="center"/>
            </w:pPr>
          </w:p>
        </w:tc>
      </w:tr>
      <w:tr w:rsidR="006468B2" w14:paraId="020BE4D2" w14:textId="77777777" w:rsidTr="006468B2">
        <w:trPr>
          <w:jc w:val="center"/>
        </w:trPr>
        <w:tc>
          <w:tcPr>
            <w:tcW w:w="85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85BAD19" w14:textId="77777777" w:rsidR="006468B2" w:rsidRDefault="006468B2">
            <w:pPr>
              <w:spacing w:line="252" w:lineRule="auto"/>
              <w:jc w:val="center"/>
            </w:pPr>
            <w:r>
              <w:rPr>
                <w:sz w:val="17"/>
              </w:rPr>
              <w:t>9</w:t>
            </w:r>
          </w:p>
        </w:tc>
        <w:tc>
          <w:tcPr>
            <w:tcW w:w="162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00C6988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8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7394AE4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98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BFAE76A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70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38CBE7F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21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9750B0B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41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A3576F9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41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021D6FE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401" w:type="dxa"/>
          </w:tcPr>
          <w:p w14:paraId="3A18A7A0" w14:textId="77777777" w:rsidR="006468B2" w:rsidRDefault="006468B2">
            <w:pPr>
              <w:spacing w:line="252" w:lineRule="auto"/>
              <w:jc w:val="center"/>
            </w:pPr>
          </w:p>
        </w:tc>
        <w:tc>
          <w:tcPr>
            <w:tcW w:w="127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C65007E" w14:textId="5A7448C6" w:rsidR="006468B2" w:rsidRDefault="006468B2">
            <w:pPr>
              <w:spacing w:line="252" w:lineRule="auto"/>
              <w:jc w:val="center"/>
            </w:pPr>
          </w:p>
        </w:tc>
        <w:tc>
          <w:tcPr>
            <w:tcW w:w="205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38CF7D0" w14:textId="77777777" w:rsidR="006468B2" w:rsidRDefault="006468B2">
            <w:pPr>
              <w:spacing w:line="252" w:lineRule="auto"/>
              <w:jc w:val="center"/>
            </w:pPr>
          </w:p>
        </w:tc>
      </w:tr>
    </w:tbl>
    <w:p w14:paraId="1D560251" w14:textId="4830F380" w:rsidR="004309C5" w:rsidRDefault="00CB14B6">
      <w:pPr>
        <w:spacing w:before="100"/>
        <w:rPr>
          <w:lang w:eastAsia="zh-CN"/>
        </w:rPr>
      </w:pPr>
      <w:r>
        <w:rPr>
          <w:lang w:eastAsia="zh-CN"/>
        </w:rPr>
        <w:t>学院意见：经资格审查、考核评价和培养</w:t>
      </w:r>
      <w:r w:rsidR="006468B2">
        <w:rPr>
          <w:rFonts w:hint="eastAsia"/>
          <w:lang w:eastAsia="zh-CN"/>
        </w:rPr>
        <w:t>工作</w:t>
      </w:r>
      <w:r>
        <w:rPr>
          <w:lang w:eastAsia="zh-CN"/>
        </w:rPr>
        <w:t>小组集体研究，以上学生均在教务处</w:t>
      </w:r>
      <w:r w:rsidR="006468B2">
        <w:rPr>
          <w:rFonts w:hint="eastAsia"/>
          <w:lang w:eastAsia="zh-CN"/>
        </w:rPr>
        <w:t>分配</w:t>
      </w:r>
      <w:r>
        <w:rPr>
          <w:lang w:eastAsia="zh-CN"/>
        </w:rPr>
        <w:t>名额</w:t>
      </w:r>
      <w:r w:rsidR="006468B2">
        <w:rPr>
          <w:rFonts w:hint="eastAsia"/>
          <w:lang w:eastAsia="zh-CN"/>
        </w:rPr>
        <w:t>1:</w:t>
      </w:r>
      <w:r w:rsidR="006468B2">
        <w:rPr>
          <w:lang w:eastAsia="zh-CN"/>
        </w:rPr>
        <w:t>2</w:t>
      </w:r>
      <w:r w:rsidR="006468B2">
        <w:rPr>
          <w:rFonts w:hint="eastAsia"/>
          <w:lang w:eastAsia="zh-CN"/>
        </w:rPr>
        <w:t>比例之</w:t>
      </w:r>
      <w:r>
        <w:rPr>
          <w:lang w:eastAsia="zh-CN"/>
        </w:rPr>
        <w:t>内，且院内公示无异议，同意推荐。</w:t>
      </w:r>
    </w:p>
    <w:p w14:paraId="36E77873" w14:textId="77777777" w:rsidR="006468B2" w:rsidRDefault="006468B2">
      <w:pPr>
        <w:rPr>
          <w:lang w:eastAsia="zh-CN"/>
        </w:rPr>
      </w:pPr>
    </w:p>
    <w:p w14:paraId="07A38F7C" w14:textId="5E6CC695" w:rsidR="004309C5" w:rsidRDefault="006468B2">
      <w:pPr>
        <w:rPr>
          <w:lang w:eastAsia="zh-CN"/>
        </w:rPr>
      </w:pPr>
      <w:r>
        <w:rPr>
          <w:rFonts w:hint="eastAsia"/>
          <w:lang w:eastAsia="zh-CN"/>
        </w:rPr>
        <w:t>学院工作</w:t>
      </w:r>
      <w:r w:rsidR="00CB14B6">
        <w:rPr>
          <w:lang w:eastAsia="zh-CN"/>
        </w:rPr>
        <w:t xml:space="preserve">小组组长（院长）签字：________________  </w:t>
      </w:r>
      <w:r w:rsidR="00425D5B">
        <w:rPr>
          <w:lang w:eastAsia="zh-CN"/>
        </w:rPr>
        <w:t xml:space="preserve">          </w:t>
      </w:r>
      <w:r w:rsidR="00CB14B6">
        <w:rPr>
          <w:lang w:eastAsia="zh-CN"/>
        </w:rPr>
        <w:t xml:space="preserve"> </w:t>
      </w:r>
      <w:r w:rsidR="00425D5B">
        <w:rPr>
          <w:lang w:eastAsia="zh-CN"/>
        </w:rPr>
        <w:t xml:space="preserve"> </w:t>
      </w:r>
      <w:r w:rsidR="00CB14B6">
        <w:rPr>
          <w:lang w:eastAsia="zh-CN"/>
        </w:rPr>
        <w:t xml:space="preserve"> 年    月    日</w:t>
      </w:r>
    </w:p>
    <w:p w14:paraId="28C4390D" w14:textId="5F1D5F50" w:rsidR="004309C5" w:rsidRDefault="00CB14B6">
      <w:pPr>
        <w:rPr>
          <w:lang w:eastAsia="zh-CN"/>
        </w:rPr>
      </w:pPr>
      <w:r>
        <w:rPr>
          <w:sz w:val="19"/>
          <w:lang w:eastAsia="zh-CN"/>
        </w:rPr>
        <w:t>填表说明：按学院考核成绩由高到低排序。</w:t>
      </w:r>
    </w:p>
    <w:sectPr w:rsidR="004309C5" w:rsidSect="00034616">
      <w:pgSz w:w="16838" w:h="11906"/>
      <w:pgMar w:top="907" w:right="794" w:bottom="850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2200F" w14:textId="77777777" w:rsidR="00654B16" w:rsidRDefault="00654B16" w:rsidP="00872A19">
      <w:pPr>
        <w:spacing w:line="240" w:lineRule="auto"/>
      </w:pPr>
      <w:r>
        <w:separator/>
      </w:r>
    </w:p>
  </w:endnote>
  <w:endnote w:type="continuationSeparator" w:id="0">
    <w:p w14:paraId="09D75FF1" w14:textId="77777777" w:rsidR="00654B16" w:rsidRDefault="00654B16" w:rsidP="00872A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8DD42" w14:textId="77777777" w:rsidR="00654B16" w:rsidRDefault="00654B16" w:rsidP="00872A19">
      <w:pPr>
        <w:spacing w:line="240" w:lineRule="auto"/>
      </w:pPr>
      <w:r>
        <w:separator/>
      </w:r>
    </w:p>
  </w:footnote>
  <w:footnote w:type="continuationSeparator" w:id="0">
    <w:p w14:paraId="5C041691" w14:textId="77777777" w:rsidR="00654B16" w:rsidRDefault="00654B16" w:rsidP="00872A1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94709"/>
    <w:rsid w:val="0029639D"/>
    <w:rsid w:val="00326F90"/>
    <w:rsid w:val="004026B5"/>
    <w:rsid w:val="00425D5B"/>
    <w:rsid w:val="004309C5"/>
    <w:rsid w:val="00431FF7"/>
    <w:rsid w:val="006468B2"/>
    <w:rsid w:val="00654B16"/>
    <w:rsid w:val="00700109"/>
    <w:rsid w:val="00872A19"/>
    <w:rsid w:val="008D49F1"/>
    <w:rsid w:val="0099536C"/>
    <w:rsid w:val="00AA1D8D"/>
    <w:rsid w:val="00AF16B4"/>
    <w:rsid w:val="00B47730"/>
    <w:rsid w:val="00C37046"/>
    <w:rsid w:val="00CB0664"/>
    <w:rsid w:val="00CB14B6"/>
    <w:rsid w:val="00CE1F8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2785433"/>
  <w14:defaultImageDpi w14:val="300"/>
  <w15:docId w15:val="{2DDF088F-9584-4235-A621-83FC464D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64" w:lineRule="auto"/>
    </w:pPr>
    <w:rPr>
      <w:rFonts w:ascii="宋体" w:eastAsia="宋体" w:hAnsi="宋体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WN</cp:lastModifiedBy>
  <cp:revision>8</cp:revision>
  <dcterms:created xsi:type="dcterms:W3CDTF">2013-12-23T23:15:00Z</dcterms:created>
  <dcterms:modified xsi:type="dcterms:W3CDTF">2026-09-05T03:36:00Z</dcterms:modified>
  <cp:category/>
</cp:coreProperties>
</file>